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4E5" w:rsidRDefault="008F34E5" w:rsidP="008F34E5">
      <w:pPr>
        <w:pStyle w:val="Default"/>
      </w:pPr>
    </w:p>
    <w:p w:rsidR="008F34E5" w:rsidRDefault="008F34E5" w:rsidP="008F34E5">
      <w:pPr>
        <w:spacing w:after="480"/>
        <w:jc w:val="center"/>
        <w:rPr>
          <w:b/>
          <w:sz w:val="28"/>
        </w:rPr>
      </w:pPr>
      <w:r>
        <w:t xml:space="preserve"> </w:t>
      </w:r>
      <w:r>
        <w:rPr>
          <w:sz w:val="14"/>
          <w:szCs w:val="14"/>
        </w:rPr>
        <w:t>Avviso pubblico “Qualifiche 2024” approvato con Determinazione Dirigenziale 165/DIR/2024/273 dell’11/12/2024 sul PR Puglia FSE+ 2021-2027 – Asse VI “Istruzione e Formazione” - Azione 6.3 - Istruzione e formazione professionale per adulti. Approvazione esiti verifica di ammissibilità e graduatoria di merito delle istanze di candidatura. Seguito Deliberazioni di Giunta Regionale n. 653 del 26/05/2026 e n. 781 del 16/06/2026</w:t>
      </w:r>
      <w:r>
        <w:rPr>
          <w:sz w:val="12"/>
          <w:szCs w:val="12"/>
        </w:rPr>
        <w:t>. PROGRAMMAZIONE REGIONALE PUGLIA FESR – FSE+ 2021-2027</w:t>
      </w:r>
    </w:p>
    <w:p w:rsidR="00561461" w:rsidRPr="008F34E5" w:rsidRDefault="00754F1B" w:rsidP="008F34E5">
      <w:pPr>
        <w:spacing w:after="480"/>
        <w:jc w:val="center"/>
        <w:rPr>
          <w:b/>
          <w:sz w:val="28"/>
        </w:rPr>
      </w:pPr>
      <w:r>
        <w:rPr>
          <w:b/>
          <w:sz w:val="28"/>
        </w:rPr>
        <w:t>DICHIARAZIONE SOSTITUTIVA DI CERTIFICAZIONE</w:t>
      </w:r>
      <w:r>
        <w:rPr>
          <w:b/>
          <w:sz w:val="28"/>
        </w:rPr>
        <w:br/>
        <w:t>(Art. 46 D.P.R. 28 dicembre 2000, n. 445)</w:t>
      </w:r>
    </w:p>
    <w:p w:rsidR="00561461" w:rsidRDefault="00754F1B">
      <w:pPr>
        <w:spacing w:after="480"/>
        <w:jc w:val="center"/>
      </w:pPr>
      <w:r>
        <w:rPr>
          <w:b/>
        </w:rPr>
        <w:t>Oggetto: Autocertificazione di assolvimento dell'obbligo scolastico</w:t>
      </w:r>
    </w:p>
    <w:p w:rsidR="00561461" w:rsidRDefault="00754F1B">
      <w:pPr>
        <w:spacing w:after="240"/>
      </w:pPr>
      <w:r>
        <w:t>Il/La sottoscritto/a _________________________________________________________________</w:t>
      </w:r>
      <w:r>
        <w:br/>
      </w:r>
      <w:r>
        <w:br/>
        <w:t>nato/a a ________________________________________ ( ____ ) il ____/____/_________</w:t>
      </w:r>
      <w:r>
        <w:br/>
      </w:r>
      <w:r>
        <w:br/>
        <w:t>residente a ______________________________________ ( ____ ) in Via/Piazza ________________________________________ n. _______</w:t>
      </w:r>
      <w:r>
        <w:br/>
      </w:r>
      <w:r>
        <w:br/>
        <w:t>Codice Fiscale ____________________________________________________________________</w:t>
      </w:r>
    </w:p>
    <w:p w:rsidR="00561461" w:rsidRDefault="00754F1B">
      <w:pPr>
        <w:spacing w:before="360" w:after="360"/>
      </w:pPr>
      <w:r>
        <w:rPr>
          <w:i/>
        </w:rPr>
        <w:t>consapevole delle sanzioni penali previste dall'art. 76 del D.P.R. 28 dicembre 2000, n. 445 per le ipotesi di falsità in atti e dichiarazioni mendaci,</w:t>
      </w:r>
    </w:p>
    <w:p w:rsidR="00561461" w:rsidRDefault="00754F1B">
      <w:pPr>
        <w:spacing w:before="240" w:after="240"/>
        <w:jc w:val="center"/>
      </w:pPr>
      <w:r>
        <w:rPr>
          <w:b/>
          <w:sz w:val="24"/>
        </w:rPr>
        <w:t>DICHIARA</w:t>
      </w:r>
    </w:p>
    <w:p w:rsidR="00754F1B" w:rsidRPr="0005009C" w:rsidRDefault="00754F1B" w:rsidP="0005009C">
      <w:pPr>
        <w:spacing w:after="720"/>
        <w:jc w:val="center"/>
      </w:pPr>
      <w:r>
        <w:t>di aver assolto l'obbligo scolastico / dell'istruzione obbligatoria previsto dalla normativa vigente.</w:t>
      </w:r>
      <w:r w:rsidR="0005009C">
        <w:t xml:space="preserve">  </w:t>
      </w:r>
      <w:r w:rsidRPr="00754F1B">
        <w:rPr>
          <w:b/>
        </w:rPr>
        <w:t>FREQUENTANDO</w:t>
      </w:r>
    </w:p>
    <w:p w:rsidR="00754F1B" w:rsidRDefault="00754F1B" w:rsidP="0005009C">
      <w:pPr>
        <w:pStyle w:val="Paragrafoelenco"/>
        <w:numPr>
          <w:ilvl w:val="0"/>
          <w:numId w:val="10"/>
        </w:numPr>
        <w:spacing w:after="720"/>
      </w:pPr>
      <w:r w:rsidRPr="0005009C">
        <w:rPr>
          <w:rStyle w:val="Enfasigrassetto"/>
          <w:rFonts w:cs="Arial"/>
        </w:rPr>
        <w:t>Scuole statali e paritarie</w:t>
      </w:r>
      <w:r>
        <w:t>: primo biennio delle scuole secondarie di secondo grado (licei, istituti tecnici o professionali)</w:t>
      </w:r>
    </w:p>
    <w:p w:rsidR="00754F1B" w:rsidRDefault="00754F1B" w:rsidP="00754F1B">
      <w:pPr>
        <w:pStyle w:val="Paragrafoelenco"/>
        <w:numPr>
          <w:ilvl w:val="0"/>
          <w:numId w:val="10"/>
        </w:numPr>
        <w:spacing w:after="720"/>
      </w:pPr>
      <w:r w:rsidRPr="00754F1B">
        <w:rPr>
          <w:b/>
        </w:rPr>
        <w:t>Formazione professionale (IeFP)</w:t>
      </w:r>
      <w:r>
        <w:t xml:space="preserve"> percorsi triennali o quadriennali gestiti dai centri accreditati dalle Regioni.</w:t>
      </w:r>
    </w:p>
    <w:p w:rsidR="004620A7" w:rsidRDefault="004620A7" w:rsidP="004620A7">
      <w:pPr>
        <w:pStyle w:val="Paragrafoelenco"/>
        <w:spacing w:after="720"/>
      </w:pPr>
    </w:p>
    <w:p w:rsidR="0005009C" w:rsidRDefault="0005009C" w:rsidP="0005009C">
      <w:pPr>
        <w:pStyle w:val="Paragrafoelenco"/>
        <w:spacing w:after="720"/>
      </w:pPr>
      <w:r>
        <w:t xml:space="preserve">- </w:t>
      </w:r>
      <w:r w:rsidRPr="0005009C">
        <w:rPr>
          <w:b/>
        </w:rPr>
        <w:t>presso l'Istituto Scolastico / Ente di formazione:</w:t>
      </w:r>
      <w:r>
        <w:br/>
        <w:t>_____________________________________________________________________</w:t>
      </w:r>
      <w:r>
        <w:br/>
      </w:r>
      <w:r>
        <w:br/>
        <w:t>- situato nel Comune di: ____________________________ (Prov. ________)</w:t>
      </w:r>
      <w:r>
        <w:br/>
      </w:r>
      <w:r>
        <w:br/>
        <w:t>- nell'anno scolastico / formativo: ___________________________</w:t>
      </w:r>
    </w:p>
    <w:p w:rsidR="009C6679" w:rsidRDefault="009C6679">
      <w:pPr>
        <w:spacing w:after="120"/>
      </w:pPr>
    </w:p>
    <w:p w:rsidR="009C6679" w:rsidRDefault="009C6679">
      <w:pPr>
        <w:spacing w:after="120"/>
      </w:pPr>
    </w:p>
    <w:p w:rsidR="00561461" w:rsidRDefault="00754F1B">
      <w:pPr>
        <w:spacing w:after="120"/>
      </w:pPr>
      <w:bookmarkStart w:id="0" w:name="_GoBack"/>
      <w:bookmarkEnd w:id="0"/>
      <w:r>
        <w:t>Luogo e data: ________________________</w:t>
      </w:r>
    </w:p>
    <w:p w:rsidR="00561461" w:rsidRDefault="00754F1B">
      <w:pPr>
        <w:spacing w:before="240"/>
        <w:jc w:val="right"/>
      </w:pPr>
      <w:r>
        <w:t>Il/La Dichiarante</w:t>
      </w:r>
      <w:r>
        <w:br/>
      </w:r>
      <w:r>
        <w:br/>
        <w:t>_____________________________________</w:t>
      </w:r>
    </w:p>
    <w:p w:rsidR="00561461" w:rsidRDefault="00754F1B">
      <w:pPr>
        <w:spacing w:before="960"/>
      </w:pPr>
      <w:r>
        <w:rPr>
          <w:sz w:val="18"/>
        </w:rPr>
        <w:t>Informativa ai sensi dell'art. 13 del Regolamento UE 2016/679 (GDPR): i dati sopra riportati sono prescritti dalle disposizioni vigenti ai fini del procedimento per il quale sono richiesti e verranno utilizzati esclusivamente per tale scopo.</w:t>
      </w:r>
      <w:r>
        <w:rPr>
          <w:sz w:val="18"/>
        </w:rPr>
        <w:br/>
        <w:t>La presente dichiarazione non necessita dell'autenticazione della firma e sostituisce a tutti gli effetti i normali certificati richiesti o destinati ad una pubblica amministrazione nonché ai gestori di pubblici servizi e ai privati che vi consentono.</w:t>
      </w:r>
    </w:p>
    <w:sectPr w:rsidR="00561461" w:rsidSect="00034616">
      <w:headerReference w:type="default" r:id="rId8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C14" w:rsidRDefault="00347C14">
      <w:pPr>
        <w:spacing w:after="0" w:line="240" w:lineRule="auto"/>
      </w:pPr>
      <w:r>
        <w:separator/>
      </w:r>
    </w:p>
  </w:endnote>
  <w:endnote w:type="continuationSeparator" w:id="0">
    <w:p w:rsidR="00347C14" w:rsidRDefault="0034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C14" w:rsidRDefault="00347C14">
      <w:pPr>
        <w:spacing w:after="0" w:line="240" w:lineRule="auto"/>
      </w:pPr>
      <w:r>
        <w:separator/>
      </w:r>
    </w:p>
  </w:footnote>
  <w:footnote w:type="continuationSeparator" w:id="0">
    <w:p w:rsidR="00347C14" w:rsidRDefault="00347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739"/>
      <w:gridCol w:w="2621"/>
    </w:tblGrid>
    <w:tr w:rsidR="001C7A6E">
      <w:trPr>
        <w:jc w:val="center"/>
      </w:trPr>
      <w:tc>
        <w:tcPr>
          <w:tcW w:w="673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1C7A6E" w:rsidRDefault="00281CED">
          <w:pPr>
            <w:spacing w:after="0"/>
            <w:jc w:val="center"/>
          </w:pPr>
          <w:r>
            <w:rPr>
              <w:noProof/>
              <w:lang w:val="it-IT" w:eastAsia="it-IT"/>
            </w:rPr>
            <w:drawing>
              <wp:inline distT="0" distB="0" distL="0" distR="0">
                <wp:extent cx="4251960" cy="65639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HI DICHIARAZION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1960" cy="6563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21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1C7A6E" w:rsidRDefault="00281CED">
          <w:pPr>
            <w:spacing w:after="0"/>
            <w:jc w:val="center"/>
          </w:pPr>
          <w:r>
            <w:rPr>
              <w:noProof/>
              <w:lang w:val="it-IT" w:eastAsia="it-IT"/>
            </w:rPr>
            <w:drawing>
              <wp:inline distT="0" distB="0" distL="0" distR="0">
                <wp:extent cx="1417320" cy="299596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0e0184-1080-4b1d-9b0a-78ee43cebb35(1)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2995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C7A6E" w:rsidRDefault="001C7A6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5496B28"/>
    <w:multiLevelType w:val="hybridMultilevel"/>
    <w:tmpl w:val="6FEC49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009C"/>
    <w:rsid w:val="0006063C"/>
    <w:rsid w:val="0015074B"/>
    <w:rsid w:val="001C7A6E"/>
    <w:rsid w:val="00281CED"/>
    <w:rsid w:val="0029639D"/>
    <w:rsid w:val="00326F90"/>
    <w:rsid w:val="00347C14"/>
    <w:rsid w:val="004620A7"/>
    <w:rsid w:val="00561461"/>
    <w:rsid w:val="00754F1B"/>
    <w:rsid w:val="00870FC2"/>
    <w:rsid w:val="008F34E5"/>
    <w:rsid w:val="009C667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595597"/>
  <w14:defaultImageDpi w14:val="300"/>
  <w15:docId w15:val="{BDEE9E56-EE42-49B7-BAB4-BBC16BBD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8F34E5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BFB49C-0369-49E5-9C1F-C876DDD1C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5</cp:revision>
  <dcterms:created xsi:type="dcterms:W3CDTF">2026-09-02T16:32:00Z</dcterms:created>
  <dcterms:modified xsi:type="dcterms:W3CDTF">2026-09-03T10:12:00Z</dcterms:modified>
  <cp:category/>
</cp:coreProperties>
</file>